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i w:val="0"/>
          <w:color w:val="8B6914"/>
          <w:sz w:val="18"/>
        </w:rPr>
        <w:t>TAGLINE SOLUCIONES EMPRESARIALES</w:t>
      </w:r>
    </w:p>
    <w:p>
      <w:pPr>
        <w:spacing w:after="40"/>
      </w:pPr>
      <w:r>
        <w:rPr>
          <w:b/>
          <w:i w:val="0"/>
          <w:color w:val="001B40"/>
          <w:sz w:val="36"/>
        </w:rPr>
        <w:t>Solicitud de fondos de reserva — formatos editables</w:t>
      </w:r>
    </w:p>
    <w:p>
      <w:pPr>
        <w:spacing w:after="200"/>
      </w:pPr>
      <w:r>
        <w:rPr>
          <w:b w:val="0"/>
          <w:i w:val="0"/>
          <w:color w:val="666666"/>
          <w:sz w:val="18"/>
        </w:rPr>
        <w:t>Ecuador · Código del Trabajo, Arts. 196 a 203 · Actualizado a 2026</w:t>
      </w:r>
    </w:p>
    <w:p>
      <w:pPr>
        <w:spacing w:after="200"/>
        <w:jc w:val="both"/>
      </w:pPr>
      <w:r>
        <w:rPr>
          <w:b w:val="0"/>
          <w:i w:val="0"/>
          <w:sz w:val="20"/>
        </w:rPr>
        <w:t>Este documento reúne tres formatos que se usan en situaciones distintas. Reemplace el texto entre corchetes y elimine los formatos que no necesite. El cambio de modalidad (mensualizar o acumular) se registra en línea en el portal del IESS: los formatos 1 y 2 sirven para dejar constancia escrita ante el empleador, y el 3 para reclamar valores no pagados.</w:t>
      </w:r>
    </w:p>
    <w:p>
      <w:pPr>
        <w:spacing w:after="80"/>
      </w:pPr>
      <w:r>
        <w:rPr>
          <w:b/>
          <w:i w:val="0"/>
          <w:color w:val="001B40"/>
          <w:sz w:val="26"/>
        </w:rPr>
        <w:t>Antes de firmar: datos que no pueden faltar</w:t>
      </w:r>
    </w:p>
    <w:p>
      <w:pPr>
        <w:pStyle w:val="ListBullet"/>
        <w:spacing w:after="40"/>
      </w:pPr>
      <w:r>
        <w:rPr>
          <w:sz w:val="20"/>
        </w:rPr>
        <w:t>Nombres completos y número de cédula del trabajador.</w:t>
      </w:r>
    </w:p>
    <w:p>
      <w:pPr>
        <w:pStyle w:val="ListBullet"/>
        <w:spacing w:after="40"/>
      </w:pPr>
      <w:r>
        <w:rPr>
          <w:sz w:val="20"/>
        </w:rPr>
        <w:t>Razón social y RUC del empleador; cargo y nombre de quien recibe.</w:t>
      </w:r>
    </w:p>
    <w:p>
      <w:pPr>
        <w:pStyle w:val="ListBullet"/>
        <w:spacing w:after="40"/>
      </w:pPr>
      <w:r>
        <w:rPr>
          <w:sz w:val="20"/>
        </w:rPr>
        <w:t>Fecha de ingreso y, si aplica, fecha de salida.</w:t>
      </w:r>
    </w:p>
    <w:p>
      <w:pPr>
        <w:pStyle w:val="ListBullet"/>
        <w:spacing w:after="40"/>
      </w:pPr>
      <w:r>
        <w:rPr>
          <w:sz w:val="20"/>
        </w:rPr>
        <w:t>Período reclamado, mes a mes, con la remuneración de cada mes.</w:t>
      </w:r>
    </w:p>
    <w:p>
      <w:pPr>
        <w:pStyle w:val="ListBullet"/>
        <w:spacing w:after="40"/>
      </w:pPr>
      <w:r>
        <w:rPr>
          <w:sz w:val="20"/>
        </w:rPr>
        <w:t>Dos ejemplares: uno se entrega y otro queda sellado como constancia de recepción.</w:t>
      </w:r>
    </w:p>
    <w:p/>
    <w:p>
      <w:pPr>
        <w:spacing w:after="200"/>
      </w:pPr>
      <w:r>
        <w:rPr>
          <w:color w:val="CCCCCC"/>
        </w:rPr>
        <w:t>______________________________________________________________________________</w:t>
      </w:r>
    </w:p>
    <w:p>
      <w:pPr>
        <w:spacing w:after="80"/>
      </w:pPr>
      <w:r>
        <w:rPr>
          <w:b/>
          <w:i w:val="0"/>
          <w:color w:val="001B40"/>
          <w:sz w:val="26"/>
        </w:rPr>
        <w:t>Formato 1 · Solicitud de pago mensualizado del fondo de reserva</w:t>
      </w:r>
    </w:p>
    <w:p>
      <w:pPr>
        <w:spacing w:after="160"/>
      </w:pPr>
      <w:r>
        <w:rPr>
          <w:b w:val="0"/>
          <w:i/>
          <w:color w:val="666666"/>
          <w:sz w:val="20"/>
        </w:rPr>
        <w:t>Se usa cuando el trabajador quiere recibir el 8,33 % en su rol de pagos cada mes.</w:t>
      </w:r>
    </w:p>
    <w:p>
      <w:pPr>
        <w:spacing w:after="160"/>
      </w:pPr>
      <w:r>
        <w:rPr>
          <w:b w:val="0"/>
          <w:i w:val="0"/>
          <w:sz w:val="20"/>
        </w:rPr>
        <w:t>[Ciudad], [día] de [mes] de [año]</w:t>
      </w:r>
    </w:p>
    <w:p>
      <w:pPr>
        <w:spacing w:after="0"/>
      </w:pPr>
      <w:r>
        <w:rPr>
          <w:b w:val="0"/>
          <w:i w:val="0"/>
          <w:sz w:val="20"/>
        </w:rPr>
        <w:t>Señores</w:t>
      </w:r>
    </w:p>
    <w:p>
      <w:pPr>
        <w:spacing w:after="0"/>
      </w:pPr>
      <w:r>
        <w:rPr>
          <w:b/>
          <w:i w:val="0"/>
          <w:sz w:val="20"/>
        </w:rPr>
        <w:t>[RAZÓN SOCIAL DEL EMPLEADOR]</w:t>
      </w:r>
    </w:p>
    <w:p>
      <w:pPr>
        <w:spacing w:after="0"/>
      </w:pPr>
      <w:r>
        <w:rPr>
          <w:b w:val="0"/>
          <w:i w:val="0"/>
          <w:sz w:val="20"/>
        </w:rPr>
        <w:t>Atención: [nombre], [cargo — Talento Humano / Nómina]</w:t>
      </w:r>
    </w:p>
    <w:p>
      <w:pPr>
        <w:spacing w:after="160"/>
      </w:pPr>
      <w:r>
        <w:rPr>
          <w:b w:val="0"/>
          <w:i w:val="0"/>
          <w:sz w:val="20"/>
        </w:rPr>
        <w:t>Presente.-</w:t>
      </w:r>
    </w:p>
    <w:p>
      <w:pPr>
        <w:spacing w:after="160"/>
      </w:pPr>
      <w:r>
        <w:rPr>
          <w:b w:val="0"/>
          <w:i w:val="0"/>
          <w:sz w:val="20"/>
        </w:rPr>
        <w:t>De mi consideración:</w:t>
      </w:r>
    </w:p>
    <w:p>
      <w:pPr>
        <w:spacing w:after="120"/>
        <w:jc w:val="both"/>
      </w:pPr>
      <w:r>
        <w:rPr>
          <w:b w:val="0"/>
          <w:i w:val="0"/>
          <w:sz w:val="20"/>
        </w:rPr>
        <w:t>Yo, [NOMBRES Y APELLIDOS], portador de la cédula de ciudadanía N.° [__________], trabajador de esta empresa desde el [fecha de ingreso] en el cargo de [cargo], me dirijo a ustedes para solicitar que, a partir del mes de [mes/año], mi fondo de reserva se me pague de forma mensualizada y directa, equivalente al 8,33 % de mi remuneración, conforme al artículo 196 del Código del Trabajo y a la reforma de 2009 que habilita esta modalidad.</w:t>
      </w:r>
    </w:p>
    <w:p>
      <w:pPr>
        <w:spacing w:after="160"/>
        <w:jc w:val="both"/>
      </w:pPr>
      <w:r>
        <w:rPr>
          <w:b w:val="0"/>
          <w:i w:val="0"/>
          <w:sz w:val="20"/>
        </w:rPr>
        <w:t>Solicito además que el valor conste como un rubro identificable en mi rol de pagos, separado de la remuneración, y que se registre la modalidad elegida en el portal del IESS.</w:t>
      </w:r>
    </w:p>
    <w:p>
      <w:pPr>
        <w:spacing w:after="280"/>
      </w:pPr>
      <w:r>
        <w:rPr>
          <w:b w:val="0"/>
          <w:i w:val="0"/>
          <w:sz w:val="20"/>
        </w:rPr>
        <w:t>Atentamente,</w:t>
      </w:r>
    </w:p>
    <w:p>
      <w:pPr>
        <w:spacing w:after="0"/>
      </w:pPr>
      <w:r>
        <w:rPr>
          <w:b w:val="0"/>
          <w:i w:val="0"/>
          <w:sz w:val="20"/>
        </w:rPr>
        <w:t>_______________________________</w:t>
      </w:r>
    </w:p>
    <w:p>
      <w:pPr>
        <w:spacing w:after="0"/>
      </w:pPr>
      <w:r>
        <w:rPr>
          <w:b w:val="0"/>
          <w:i w:val="0"/>
          <w:sz w:val="20"/>
        </w:rPr>
        <w:t>[NOMBRES Y APELLIDOS] · C.C. [__________]</w:t>
      </w:r>
    </w:p>
    <w:p>
      <w:pPr>
        <w:spacing w:after="200"/>
      </w:pPr>
      <w:r>
        <w:rPr>
          <w:b w:val="0"/>
          <w:i w:val="0"/>
          <w:sz w:val="20"/>
        </w:rPr>
        <w:t>Correo: [__________] · Teléfono: [__________]</w:t>
      </w:r>
    </w:p>
    <w:p>
      <w:pPr>
        <w:spacing w:after="200"/>
      </w:pPr>
      <w:r>
        <w:rPr>
          <w:color w:val="CCCCCC"/>
        </w:rPr>
        <w:t>______________________________________________________________________________</w:t>
      </w:r>
    </w:p>
    <w:p>
      <w:pPr>
        <w:spacing w:after="80"/>
      </w:pPr>
      <w:r>
        <w:rPr>
          <w:b/>
          <w:i w:val="0"/>
          <w:color w:val="001B40"/>
          <w:sz w:val="26"/>
        </w:rPr>
        <w:t>Formato 2 · Solicitud de acumulación del fondo de reserva en el IESS</w:t>
      </w:r>
    </w:p>
    <w:p>
      <w:pPr>
        <w:spacing w:after="160"/>
      </w:pPr>
      <w:r>
        <w:rPr>
          <w:b w:val="0"/>
          <w:i/>
          <w:color w:val="666666"/>
          <w:sz w:val="20"/>
        </w:rPr>
        <w:t>Se usa cuando el trabajador prefiere ahorrar: el empleador deposita el valor en el IESS en lugar de pagarlo en el rol.</w:t>
      </w:r>
    </w:p>
    <w:p>
      <w:pPr>
        <w:spacing w:after="160"/>
      </w:pPr>
      <w:r>
        <w:rPr>
          <w:b w:val="0"/>
          <w:i w:val="0"/>
          <w:sz w:val="20"/>
        </w:rPr>
        <w:t>[Ciudad], [día] de [mes] de [año]</w:t>
      </w:r>
    </w:p>
    <w:p>
      <w:pPr>
        <w:spacing w:after="0"/>
      </w:pPr>
      <w:r>
        <w:rPr>
          <w:b w:val="0"/>
          <w:i w:val="0"/>
          <w:sz w:val="20"/>
        </w:rPr>
        <w:t>Señores</w:t>
      </w:r>
    </w:p>
    <w:p>
      <w:pPr>
        <w:spacing w:after="0"/>
      </w:pPr>
      <w:r>
        <w:rPr>
          <w:b/>
          <w:i w:val="0"/>
          <w:sz w:val="20"/>
        </w:rPr>
        <w:t>[RAZÓN SOCIAL DEL EMPLEADOR]</w:t>
      </w:r>
    </w:p>
    <w:p>
      <w:pPr>
        <w:spacing w:after="0"/>
      </w:pPr>
      <w:r>
        <w:rPr>
          <w:b w:val="0"/>
          <w:i w:val="0"/>
          <w:sz w:val="20"/>
        </w:rPr>
        <w:t>Atención: [nombre], [cargo — Talento Humano / Nómina]</w:t>
      </w:r>
    </w:p>
    <w:p>
      <w:pPr>
        <w:spacing w:after="160"/>
      </w:pPr>
      <w:r>
        <w:rPr>
          <w:b w:val="0"/>
          <w:i w:val="0"/>
          <w:sz w:val="20"/>
        </w:rPr>
        <w:t>Presente.-</w:t>
      </w:r>
    </w:p>
    <w:p>
      <w:pPr>
        <w:spacing w:after="160"/>
      </w:pPr>
      <w:r>
        <w:rPr>
          <w:b w:val="0"/>
          <w:i w:val="0"/>
          <w:sz w:val="20"/>
        </w:rPr>
        <w:t>De mi consideración:</w:t>
      </w:r>
    </w:p>
    <w:p>
      <w:pPr>
        <w:spacing w:after="120"/>
        <w:jc w:val="both"/>
      </w:pPr>
      <w:r>
        <w:rPr>
          <w:b w:val="0"/>
          <w:i w:val="0"/>
          <w:sz w:val="20"/>
        </w:rPr>
        <w:t>Yo, [NOMBRES Y APELLIDOS], con cédula N.° [__________], trabajador de esta empresa desde el [fecha de ingreso], comunico que he registrado en el portal del IESS mi decisión de ACUMULAR el fondo de reserva, y solicito que a partir del mes de [mes/año] la empresa deje de pagarlo de forma mensualizada y lo deposite en el Instituto Ecuatoriano de Seguridad Social, conforme al artículo 201 del Código del Trabajo.</w:t>
      </w:r>
    </w:p>
    <w:p>
      <w:pPr>
        <w:spacing w:after="160"/>
        <w:jc w:val="both"/>
      </w:pPr>
      <w:r>
        <w:rPr>
          <w:b w:val="0"/>
          <w:i w:val="0"/>
          <w:sz w:val="20"/>
        </w:rPr>
        <w:t>Entiendo que, mientras esta modalidad esté vigente, el fondo de reserva no aparecerá en mi rol de pagos y su cobro lo gestionaré directamente ante el IESS.</w:t>
      </w:r>
    </w:p>
    <w:p>
      <w:pPr>
        <w:spacing w:after="280"/>
      </w:pPr>
      <w:r>
        <w:rPr>
          <w:b w:val="0"/>
          <w:i w:val="0"/>
          <w:sz w:val="20"/>
        </w:rPr>
        <w:t>Atentamente,</w:t>
      </w:r>
    </w:p>
    <w:p>
      <w:pPr>
        <w:spacing w:after="0"/>
      </w:pPr>
      <w:r>
        <w:rPr>
          <w:b w:val="0"/>
          <w:i w:val="0"/>
          <w:sz w:val="20"/>
        </w:rPr>
        <w:t>_______________________________</w:t>
      </w:r>
    </w:p>
    <w:p>
      <w:pPr>
        <w:spacing w:after="200"/>
      </w:pPr>
      <w:r>
        <w:rPr>
          <w:b w:val="0"/>
          <w:i w:val="0"/>
          <w:sz w:val="20"/>
        </w:rPr>
        <w:t>[NOMBRES Y APELLIDOS] · C.C. [__________]</w:t>
      </w:r>
    </w:p>
    <w:p>
      <w:r>
        <w:br w:type="page"/>
      </w:r>
    </w:p>
    <w:p>
      <w:pPr>
        <w:spacing w:after="80"/>
      </w:pPr>
      <w:r>
        <w:rPr>
          <w:b/>
          <w:i w:val="0"/>
          <w:color w:val="001B40"/>
          <w:sz w:val="26"/>
        </w:rPr>
        <w:t>Formato 3 · Reclamo de fondos de reserva no pagados ni depositados</w:t>
      </w:r>
    </w:p>
    <w:p>
      <w:pPr>
        <w:spacing w:after="160"/>
      </w:pPr>
      <w:r>
        <w:rPr>
          <w:b w:val="0"/>
          <w:i/>
          <w:color w:val="666666"/>
          <w:sz w:val="20"/>
        </w:rPr>
        <w:t>Se usa cuando el fondo de reserva no aparece en el rol ni consta depositado en el IESS. Deja fecha cierta antes de acudir a la inspectoría del trabajo.</w:t>
      </w:r>
    </w:p>
    <w:p>
      <w:pPr>
        <w:spacing w:after="160"/>
      </w:pPr>
      <w:r>
        <w:rPr>
          <w:b w:val="0"/>
          <w:i w:val="0"/>
          <w:sz w:val="20"/>
        </w:rPr>
        <w:t>[Ciudad], [día] de [mes] de [año]</w:t>
      </w:r>
    </w:p>
    <w:p>
      <w:pPr>
        <w:spacing w:after="0"/>
      </w:pPr>
      <w:r>
        <w:rPr>
          <w:b w:val="0"/>
          <w:i w:val="0"/>
          <w:sz w:val="20"/>
        </w:rPr>
        <w:t>Señores</w:t>
      </w:r>
    </w:p>
    <w:p>
      <w:pPr>
        <w:spacing w:after="0"/>
      </w:pPr>
      <w:r>
        <w:rPr>
          <w:b/>
          <w:i w:val="0"/>
          <w:sz w:val="20"/>
        </w:rPr>
        <w:t>[RAZÓN SOCIAL DEL EMPLEADOR]</w:t>
      </w:r>
    </w:p>
    <w:p>
      <w:pPr>
        <w:spacing w:after="160"/>
      </w:pPr>
      <w:r>
        <w:rPr>
          <w:b w:val="0"/>
          <w:i w:val="0"/>
          <w:sz w:val="20"/>
        </w:rPr>
        <w:t>Presente.-</w:t>
      </w:r>
    </w:p>
    <w:p>
      <w:pPr>
        <w:spacing w:after="120"/>
        <w:jc w:val="both"/>
      </w:pPr>
      <w:r>
        <w:rPr>
          <w:b w:val="0"/>
          <w:i w:val="0"/>
          <w:sz w:val="20"/>
        </w:rPr>
        <w:t>Yo, [NOMBRES Y APELLIDOS], con cédula N.° [__________], trabajador de esta empresa desde el [fecha de ingreso], hago constar que revisados mis roles de pago y mi historia laboral del IESS, el fondo de reserva correspondiente al período [mes/año] a [mes/año] no ha sido pagado de forma mensualizada ni depositado en el IESS.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3173"/>
          </w:tcPr>
          <w:p>
            <w:r/>
            <w:r>
              <w:rPr>
                <w:b/>
                <w:sz w:val="18"/>
              </w:rPr>
              <w:t>Mes y año</w:t>
            </w:r>
          </w:p>
        </w:tc>
        <w:tc>
          <w:tcPr>
            <w:tcW w:type="dxa" w:w="3173"/>
          </w:tcPr>
          <w:p>
            <w:r/>
            <w:r>
              <w:rPr>
                <w:b/>
                <w:sz w:val="18"/>
              </w:rPr>
              <w:t>Remuneración del mes</w:t>
            </w:r>
          </w:p>
        </w:tc>
        <w:tc>
          <w:tcPr>
            <w:tcW w:type="dxa" w:w="3173"/>
          </w:tcPr>
          <w:p>
            <w:r/>
            <w:r>
              <w:rPr>
                <w:b/>
                <w:sz w:val="18"/>
              </w:rPr>
              <w:t>Fondo de reserva (8,33 %)</w:t>
            </w:r>
          </w:p>
        </w:tc>
      </w:tr>
      <w:tr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173"/>
          </w:tcPr>
          <w:p>
            <w:r>
              <w:rPr>
                <w:b/>
                <w:sz w:val="18"/>
              </w:rPr>
              <w:t>TOTAL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type="dxa" w:w="3173"/>
          </w:tcPr>
          <w:p>
            <w:r>
              <w:rPr>
                <w:sz w:val="18"/>
              </w:rPr>
              <w:t xml:space="preserve"> </w:t>
            </w:r>
          </w:p>
        </w:tc>
      </w:tr>
    </w:tbl>
    <w:p/>
    <w:p>
      <w:pPr>
        <w:spacing w:after="160"/>
        <w:jc w:val="both"/>
      </w:pPr>
      <w:r>
        <w:rPr>
          <w:b w:val="0"/>
          <w:i w:val="0"/>
          <w:sz w:val="20"/>
        </w:rPr>
        <w:t>Por lo expuesto, solicito el pago de los valores detallados, con los intereses que prevé el artículo 202 del Código del Trabajo sobre los fondos devengados y no pagados oportunamente, dentro del término de [__] días contados desde la recepción de esta solicitud. De no obtener respuesta, me reservo el derecho de acudir a la inspectoría del trabajo y a la vía judicial, caso en el cual la misma norma prevé un recargo del 50 % en beneficio del trabajador cuando la sentencia acepta el reclamo total o parcialmente.</w:t>
      </w:r>
    </w:p>
    <w:p>
      <w:pPr>
        <w:spacing w:after="280"/>
      </w:pPr>
      <w:r>
        <w:rPr>
          <w:b w:val="0"/>
          <w:i w:val="0"/>
          <w:sz w:val="20"/>
        </w:rPr>
        <w:t>Atentamente,</w:t>
      </w:r>
    </w:p>
    <w:p>
      <w:pPr>
        <w:spacing w:after="0"/>
      </w:pPr>
      <w:r>
        <w:rPr>
          <w:b w:val="0"/>
          <w:i w:val="0"/>
          <w:sz w:val="20"/>
        </w:rPr>
        <w:t>_______________________________</w:t>
      </w:r>
    </w:p>
    <w:p>
      <w:pPr>
        <w:spacing w:after="40"/>
      </w:pPr>
      <w:r>
        <w:rPr>
          <w:b w:val="0"/>
          <w:i w:val="0"/>
          <w:sz w:val="20"/>
        </w:rPr>
        <w:t>[NOMBRES Y APELLIDOS] · C.C. [__________]</w:t>
      </w:r>
    </w:p>
    <w:p>
      <w:pPr>
        <w:spacing w:after="240"/>
      </w:pPr>
      <w:r>
        <w:rPr>
          <w:b w:val="0"/>
          <w:i w:val="0"/>
          <w:color w:val="666666"/>
          <w:sz w:val="18"/>
        </w:rPr>
        <w:t>Recibido por: ______________________  Cargo: ____________  Fecha y sello: ____________</w:t>
      </w:r>
    </w:p>
    <w:p>
      <w:pPr>
        <w:spacing w:after="200"/>
      </w:pPr>
      <w:r>
        <w:rPr>
          <w:color w:val="CCCCCC"/>
        </w:rPr>
        <w:t>______________________________________________________________________________</w:t>
      </w:r>
    </w:p>
    <w:p>
      <w:pPr>
        <w:spacing w:after="120"/>
        <w:jc w:val="both"/>
      </w:pPr>
      <w:r>
        <w:rPr>
          <w:b w:val="0"/>
          <w:i w:val="0"/>
          <w:color w:val="666666"/>
          <w:sz w:val="17"/>
        </w:rPr>
        <w:t>Formato de uso libre elaborado por Tagline Soluciones Empresariales. No sustituye asesoría legal para un caso concreto. El detalle del cálculo, las modalidades y el trámite en línea están en tagline-soluciones.com/blog/talento-humano/fondos-de-reserva-ecuador/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